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969"/>
        <w:gridCol w:w="5386"/>
      </w:tblGrid>
      <w:tr>
        <w:tc>
          <w:tcPr>
            <w:tcW w:type="dxa" w:w="3969"/>
          </w:tcPr>
          <w:p>
            <w:pPr>
              <w:spacing w:before="0" w:after="0"/>
              <w:jc w:val="center"/>
            </w:pPr>
            <w:r>
              <w:rPr>
                <w:rFonts w:ascii="Times New Roman" w:hAnsi="Times New Roman"/>
                <w:sz w:val="24"/>
              </w:rPr>
              <w:t>BỘ / BAN / NGÀNH / TỈNH...</w:t>
            </w:r>
          </w:p>
          <w:p>
            <w:pPr>
              <w:spacing w:before="0" w:after="40"/>
              <w:jc w:val="center"/>
            </w:pPr>
            <w:r>
              <w:rPr>
                <w:rFonts w:ascii="Times New Roman" w:hAnsi="Times New Roman"/>
                <w:b/>
                <w:sz w:val="26"/>
              </w:rPr>
              <w:t>CƠ QUAN / ĐƠN VỊ</w:t>
            </w:r>
          </w:p>
          <w:p>
            <w:pPr>
              <w:spacing w:before="0" w:after="80"/>
              <w:jc w:val="center"/>
            </w:pPr>
            <w:r>
              <w:rPr>
                <w:rFonts w:ascii="Times New Roman" w:hAnsi="Times New Roman"/>
                <w:b/>
                <w:sz w:val="20"/>
              </w:rPr>
              <w:t>———————</w:t>
            </w:r>
          </w:p>
        </w:tc>
        <w:tc>
          <w:tcPr>
            <w:tcW w:type="dxa" w:w="5386"/>
          </w:tcPr>
          <w:p>
            <w:pPr>
              <w:spacing w:before="0" w:after="0"/>
              <w:jc w:val="center"/>
            </w:pPr>
            <w:r>
              <w:rPr>
                <w:rFonts w:ascii="Times New Roman" w:hAnsi="Times New Roman"/>
                <w:b/>
                <w:sz w:val="25"/>
              </w:rPr>
              <w:t>CỘNG HÒA XÃ HỘI CHỦ NGHĨA VIỆT NAM</w:t>
            </w:r>
          </w:p>
          <w:p>
            <w:pPr>
              <w:spacing w:before="0" w:after="40"/>
              <w:jc w:val="center"/>
            </w:pPr>
            <w:r>
              <w:rPr>
                <w:rFonts w:ascii="Times New Roman" w:hAnsi="Times New Roman"/>
                <w:b/>
                <w:sz w:val="27"/>
              </w:rPr>
              <w:t>Độc lập - Tự do - Hạnh phúc</w:t>
            </w:r>
          </w:p>
          <w:p>
            <w:pPr>
              <w:spacing w:before="0" w:after="80"/>
              <w:jc w:val="center"/>
            </w:pPr>
            <w:r>
              <w:rPr>
                <w:rFonts w:ascii="Times New Roman" w:hAnsi="Times New Roman"/>
                <w:b/>
                <w:sz w:val="22"/>
              </w:rPr>
              <w:t>———————————————</w:t>
            </w:r>
          </w:p>
          <w:p>
            <w:pPr>
              <w:spacing w:before="0" w:after="0"/>
              <w:jc w:val="center"/>
            </w:pPr>
            <w:r>
              <w:rPr>
                <w:rFonts w:ascii="Times New Roman" w:hAnsi="Times New Roman"/>
                <w:i/>
                <w:sz w:val="27"/>
              </w:rPr>
              <w:t>..., ngày ... tháng ... năm 20...</w:t>
            </w:r>
          </w:p>
        </w:tc>
      </w:tr>
    </w:tbl>
    <w:p>
      <w:pPr>
        <w:spacing w:before="80" w:after="120"/>
      </w:pPr>
    </w:p>
    <w:p>
      <w:pPr>
        <w:spacing w:before="160" w:after="40"/>
        <w:jc w:val="center"/>
      </w:pPr>
      <w:r>
        <w:rPr>
          <w:rFonts w:ascii="Times New Roman" w:hAnsi="Times New Roman"/>
          <w:b/>
          <w:sz w:val="29"/>
        </w:rPr>
        <w:t>BÁO CÁO THÀNH TÍCH</w:t>
      </w:r>
    </w:p>
    <w:p>
      <w:pPr>
        <w:spacing w:before="0" w:after="40"/>
        <w:jc w:val="center"/>
      </w:pPr>
      <w:r>
        <w:rPr>
          <w:rFonts w:ascii="Times New Roman" w:hAnsi="Times New Roman"/>
          <w:b/>
          <w:sz w:val="27"/>
        </w:rPr>
        <w:t>ĐỀ NGHỊ XÉT TẶNG DANH HIỆU “CHIẾN SĨ THI ĐUA TOÀN QUỐC”</w:t>
      </w:r>
    </w:p>
    <w:p>
      <w:pPr>
        <w:spacing w:before="0" w:after="240"/>
        <w:jc w:val="center"/>
      </w:pPr>
      <w:r>
        <w:rPr>
          <w:rFonts w:ascii="Times New Roman" w:hAnsi="Times New Roman"/>
          <w:i/>
          <w:sz w:val="25"/>
        </w:rPr>
        <w:t>(Theo Mẫu số 03 Phụ lục Nghị định số 152/2025/NĐ-CP - Thành tích liên tục 06 năm)</w:t>
      </w:r>
    </w:p>
    <w:p>
      <w:pPr>
        <w:spacing w:before="0" w:after="80" w:line="288" w:lineRule="auto"/>
        <w:jc w:val="both"/>
      </w:pPr>
      <w:r>
        <w:rPr>
          <w:rFonts w:ascii="Times New Roman" w:hAnsi="Times New Roman"/>
          <w:b/>
          <w:i w:val="0"/>
          <w:sz w:val="27"/>
        </w:rPr>
        <w:t>I. SƠ LƯỢC LÝ LỊCH</w:t>
      </w:r>
    </w:p>
    <w:p>
      <w:pPr>
        <w:spacing w:before="0" w:after="120" w:line="288" w:lineRule="auto"/>
        <w:ind w:firstLine="567"/>
        <w:jc w:val="both"/>
      </w:pPr>
      <w:r>
        <w:rPr>
          <w:rFonts w:ascii="Times New Roman" w:hAnsi="Times New Roman"/>
          <w:b/>
          <w:sz w:val="27"/>
        </w:rPr>
        <w:t xml:space="preserve">- Họ và tên: </w:t>
      </w:r>
      <w:r>
        <w:rPr>
          <w:rFonts w:ascii="Times New Roman" w:hAnsi="Times New Roman"/>
          <w:b w:val="0"/>
          <w:i w:val="0"/>
          <w:sz w:val="27"/>
        </w:rPr>
        <w:t>Nguyễn Văn B (chữ in thường có dấu)</w:t>
      </w:r>
    </w:p>
    <w:p>
      <w:pPr>
        <w:spacing w:before="0" w:after="120" w:line="288" w:lineRule="auto"/>
        <w:ind w:firstLine="567"/>
        <w:jc w:val="both"/>
      </w:pPr>
      <w:r>
        <w:rPr>
          <w:rFonts w:ascii="Times New Roman" w:hAnsi="Times New Roman"/>
          <w:b/>
          <w:sz w:val="27"/>
        </w:rPr>
        <w:t xml:space="preserve">- Sinh ngày: </w:t>
      </w:r>
      <w:r>
        <w:rPr>
          <w:rFonts w:ascii="Times New Roman" w:hAnsi="Times New Roman"/>
          <w:b w:val="0"/>
          <w:i w:val="0"/>
          <w:sz w:val="27"/>
        </w:rPr>
        <w:t>15/08/1980                    Giới tính: Nam                    Dân tộc: Kinh</w:t>
      </w:r>
    </w:p>
    <w:p>
      <w:pPr>
        <w:spacing w:before="0" w:after="120" w:line="288" w:lineRule="auto"/>
        <w:ind w:firstLine="567"/>
        <w:jc w:val="both"/>
      </w:pPr>
      <w:r>
        <w:rPr>
          <w:rFonts w:ascii="Times New Roman" w:hAnsi="Times New Roman"/>
          <w:b/>
          <w:sz w:val="27"/>
        </w:rPr>
        <w:t xml:space="preserve">- Đơn vị công tác hiện nay: </w:t>
      </w:r>
      <w:r>
        <w:rPr>
          <w:rFonts w:ascii="Times New Roman" w:hAnsi="Times New Roman"/>
          <w:b w:val="0"/>
          <w:i w:val="0"/>
          <w:sz w:val="27"/>
        </w:rPr>
        <w:t>Trường / Bệnh viện / Sở...</w:t>
      </w:r>
    </w:p>
    <w:p>
      <w:pPr>
        <w:spacing w:before="0" w:after="120" w:line="288" w:lineRule="auto"/>
        <w:ind w:firstLine="567"/>
        <w:jc w:val="both"/>
      </w:pPr>
      <w:r>
        <w:rPr>
          <w:rFonts w:ascii="Times New Roman" w:hAnsi="Times New Roman"/>
          <w:b/>
          <w:sz w:val="27"/>
        </w:rPr>
        <w:t xml:space="preserve">- Chức vụ: </w:t>
      </w:r>
      <w:r>
        <w:rPr>
          <w:rFonts w:ascii="Times New Roman" w:hAnsi="Times New Roman"/>
          <w:b w:val="0"/>
          <w:i w:val="0"/>
          <w:sz w:val="27"/>
        </w:rPr>
        <w:t>Trưởng phòng / Phó Giám đốc / Giảng viên chính...</w:t>
      </w:r>
    </w:p>
    <w:p>
      <w:pPr>
        <w:spacing w:before="0" w:after="120" w:line="288" w:lineRule="auto"/>
        <w:ind w:firstLine="567"/>
        <w:jc w:val="both"/>
      </w:pPr>
      <w:r>
        <w:rPr>
          <w:rFonts w:ascii="Times New Roman" w:hAnsi="Times New Roman"/>
          <w:b/>
          <w:sz w:val="27"/>
        </w:rPr>
        <w:t xml:space="preserve">- Trình độ chuyên môn: </w:t>
      </w:r>
      <w:r>
        <w:rPr>
          <w:rFonts w:ascii="Times New Roman" w:hAnsi="Times New Roman"/>
          <w:b w:val="0"/>
          <w:i w:val="0"/>
          <w:sz w:val="27"/>
        </w:rPr>
        <w:t>Tiến sĩ / Thạc sĩ...</w:t>
      </w:r>
    </w:p>
    <w:p>
      <w:pPr>
        <w:spacing w:before="0" w:after="80" w:line="288" w:lineRule="auto"/>
        <w:jc w:val="both"/>
      </w:pPr>
      <w:r>
        <w:rPr>
          <w:rFonts w:ascii="Times New Roman" w:hAnsi="Times New Roman"/>
          <w:b/>
          <w:i w:val="0"/>
          <w:sz w:val="27"/>
        </w:rPr>
        <w:t>II. THÀNH TÍCH ĐẠT ĐƯỢC</w:t>
      </w:r>
    </w:p>
    <w:p>
      <w:pPr>
        <w:spacing w:before="0" w:after="120" w:line="288" w:lineRule="auto"/>
        <w:ind w:firstLine="567"/>
        <w:jc w:val="both"/>
      </w:pPr>
      <w:r>
        <w:rPr>
          <w:rFonts w:ascii="Times New Roman" w:hAnsi="Times New Roman"/>
          <w:b/>
          <w:sz w:val="27"/>
        </w:rPr>
        <w:t xml:space="preserve">1. Nhiệm vụ đảm nhận: </w:t>
      </w:r>
      <w:r>
        <w:rPr>
          <w:rFonts w:ascii="Times New Roman" w:hAnsi="Times New Roman"/>
          <w:b w:val="0"/>
          <w:i w:val="0"/>
          <w:sz w:val="27"/>
        </w:rPr>
        <w:t>Tóm tắt quyền hạn, nhiệm vụ được phân công trong giai đoạn 06 năm liên tục đề nghị xét tặng danh hiệu.</w:t>
      </w:r>
    </w:p>
    <w:p>
      <w:pPr>
        <w:spacing w:before="0" w:after="120" w:line="288" w:lineRule="auto"/>
        <w:ind w:firstLine="567"/>
        <w:jc w:val="both"/>
      </w:pPr>
      <w:r>
        <w:rPr>
          <w:rFonts w:ascii="Times New Roman" w:hAnsi="Times New Roman"/>
          <w:b/>
          <w:sz w:val="27"/>
        </w:rPr>
        <w:t xml:space="preserve">2. Thành tích cá nhân xuất sắc tiêu biểu: </w:t>
      </w:r>
      <w:r>
        <w:rPr>
          <w:rFonts w:ascii="Times New Roman" w:hAnsi="Times New Roman"/>
          <w:b w:val="0"/>
          <w:i w:val="0"/>
          <w:sz w:val="27"/>
        </w:rPr>
        <w:t>Nêu bật thành tích xuất sắc tiêu biểu, đổi mới phương pháp làm việc, hoàn thành vượt mức các chỉ tiêu đề ra trong 06 năm công tác liên tục. Đảm bảo đạt danh hiệu Chiến sĩ thi đua cơ sở liên tục và có 02 lần đạt danh hiệu Chiến sĩ thi đua cấp bộ, ban, ngành, tỉnh.</w:t>
      </w:r>
    </w:p>
    <w:p>
      <w:pPr>
        <w:spacing w:before="0" w:after="120" w:line="288" w:lineRule="auto"/>
        <w:ind w:firstLine="567"/>
        <w:jc w:val="both"/>
      </w:pPr>
      <w:r>
        <w:rPr>
          <w:rFonts w:ascii="Times New Roman" w:hAnsi="Times New Roman"/>
          <w:b/>
          <w:sz w:val="27"/>
        </w:rPr>
        <w:t xml:space="preserve">3. Sáng kiến, đề tài có phạm vi ảnh hưởng toàn quốc: </w:t>
      </w:r>
      <w:r>
        <w:rPr>
          <w:rFonts w:ascii="Times New Roman" w:hAnsi="Times New Roman"/>
          <w:b w:val="0"/>
          <w:i w:val="0"/>
          <w:sz w:val="27"/>
        </w:rPr>
        <w:t>Nêu rõ các sáng kiến kinh nghiệm, đề tài nghiên cứu khoa học có hiệu quả áp dụng cao và có phạm vi ảnh hưởng trong toàn quốc hoặc toàn bộ, ngành, lĩnh vực (kèm văn bản xác nhận của Hội đồng sáng kiến cấp tỉnh/bộ theo quy định tại Điều 10, Điều 30 NĐ 152/2025/NĐ-CP).</w:t>
      </w:r>
    </w:p>
    <w:p>
      <w:pPr>
        <w:spacing w:before="0" w:after="120" w:line="288" w:lineRule="auto"/>
        <w:jc w:val="both"/>
      </w:pPr>
      <w:r>
        <w:rPr>
          <w:rFonts w:ascii="Times New Roman" w:hAnsi="Times New Roman"/>
          <w:b/>
          <w:i w:val="0"/>
          <w:sz w:val="27"/>
        </w:rPr>
        <w:t>III. CÁC DANH HIỆU THI ĐUA VÀ HÌNH THỨC KHEN THƯỞNG ĐÃ ĐẠT ĐƯỢC (06 NĂM LIÊN TỤC)</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D3D3D3"/>
          <w:insideV w:val="single" w:sz="4" w:space="0" w:color="D3D3D3"/>
        </w:tblBorders>
      </w:tblPr>
      <w:tblGrid>
        <w:gridCol w:w="1871"/>
        <w:gridCol w:w="1871"/>
        <w:gridCol w:w="1871"/>
        <w:gridCol w:w="1871"/>
        <w:gridCol w:w="1871"/>
      </w:tblGrid>
      <w:tr>
        <w:tc>
          <w:tcPr>
            <w:tcW w:type="dxa" w:w="1020"/>
          </w:tcPr>
          <w:p>
            <w:pPr>
              <w:jc w:val="center"/>
            </w:pPr>
            <w:r>
              <w:rPr>
                <w:rFonts w:ascii="Times New Roman" w:hAnsi="Times New Roman"/>
                <w:b/>
                <w:sz w:val="22"/>
              </w:rPr>
              <w:t>Năm</w:t>
            </w:r>
          </w:p>
        </w:tc>
        <w:tc>
          <w:tcPr>
            <w:tcW w:type="dxa" w:w="2381"/>
          </w:tcPr>
          <w:p>
            <w:pPr>
              <w:jc w:val="center"/>
            </w:pPr>
            <w:r>
              <w:rPr>
                <w:rFonts w:ascii="Times New Roman" w:hAnsi="Times New Roman"/>
                <w:b/>
                <w:sz w:val="22"/>
              </w:rPr>
              <w:t>Xếp loại cán bộ</w:t>
            </w:r>
          </w:p>
        </w:tc>
        <w:tc>
          <w:tcPr>
            <w:tcW w:type="dxa" w:w="2268"/>
          </w:tcPr>
          <w:p>
            <w:pPr>
              <w:jc w:val="center"/>
            </w:pPr>
            <w:r>
              <w:rPr>
                <w:rFonts w:ascii="Times New Roman" w:hAnsi="Times New Roman"/>
                <w:b/>
                <w:sz w:val="22"/>
              </w:rPr>
              <w:t>Danh hiệu thi đua</w:t>
            </w:r>
          </w:p>
        </w:tc>
        <w:tc>
          <w:tcPr>
            <w:tcW w:type="dxa" w:w="1984"/>
          </w:tcPr>
          <w:p>
            <w:pPr>
              <w:jc w:val="center"/>
            </w:pPr>
            <w:r>
              <w:rPr>
                <w:rFonts w:ascii="Times New Roman" w:hAnsi="Times New Roman"/>
                <w:b/>
                <w:sz w:val="22"/>
              </w:rPr>
              <w:t>Sáng kiến (Cấp công nhận)</w:t>
            </w:r>
          </w:p>
        </w:tc>
        <w:tc>
          <w:tcPr>
            <w:tcW w:type="dxa" w:w="1701"/>
          </w:tcPr>
          <w:p>
            <w:pPr>
              <w:jc w:val="center"/>
            </w:pPr>
            <w:r>
              <w:rPr>
                <w:rFonts w:ascii="Times New Roman" w:hAnsi="Times New Roman"/>
                <w:b/>
                <w:sz w:val="22"/>
              </w:rPr>
              <w:t>Hình thức khen thưởng</w:t>
            </w:r>
          </w:p>
        </w:tc>
      </w:tr>
      <w:tr>
        <w:tc>
          <w:tcPr>
            <w:tcW w:type="dxa" w:w="1020"/>
          </w:tcPr>
          <w:p>
            <w:pPr>
              <w:jc w:val="center"/>
            </w:pPr>
            <w:r>
              <w:rPr>
                <w:rFonts w:ascii="Times New Roman" w:hAnsi="Times New Roman"/>
                <w:sz w:val="22"/>
              </w:rPr>
              <w:t>Năm thứ 1</w:t>
            </w:r>
          </w:p>
        </w:tc>
        <w:tc>
          <w:tcPr>
            <w:tcW w:type="dxa" w:w="2381"/>
          </w:tcPr>
          <w:p>
            <w:pPr>
              <w:jc w:val="left"/>
            </w:pPr>
            <w:r>
              <w:rPr>
                <w:rFonts w:ascii="Times New Roman" w:hAnsi="Times New Roman"/>
                <w:sz w:val="22"/>
              </w:rPr>
              <w:t>Hoàn thành xuất sắc nhiệm vụ</w:t>
            </w:r>
          </w:p>
        </w:tc>
        <w:tc>
          <w:tcPr>
            <w:tcW w:type="dxa" w:w="2268"/>
          </w:tcPr>
          <w:p>
            <w:pPr>
              <w:jc w:val="left"/>
            </w:pPr>
            <w:r>
              <w:rPr>
                <w:rFonts w:ascii="Times New Roman" w:hAnsi="Times New Roman"/>
                <w:sz w:val="22"/>
              </w:rPr>
              <w:t>Chiến sĩ thi đua cơ sở</w:t>
            </w:r>
          </w:p>
        </w:tc>
        <w:tc>
          <w:tcPr>
            <w:tcW w:type="dxa" w:w="1984"/>
          </w:tcPr>
          <w:p>
            <w:pPr>
              <w:jc w:val="left"/>
            </w:pPr>
            <w:r>
              <w:rPr>
                <w:rFonts w:ascii="Times New Roman" w:hAnsi="Times New Roman"/>
                <w:sz w:val="22"/>
              </w:rPr>
              <w:t>Sáng kiến cấp cơ sở</w:t>
            </w:r>
          </w:p>
        </w:tc>
        <w:tc>
          <w:tcPr>
            <w:tcW w:type="dxa" w:w="1701"/>
          </w:tcPr>
          <w:p>
            <w:pPr>
              <w:jc w:val="center"/>
            </w:pPr>
            <w:r>
              <w:rPr>
                <w:rFonts w:ascii="Times New Roman" w:hAnsi="Times New Roman"/>
                <w:sz w:val="22"/>
              </w:rPr>
              <w:t>-</w:t>
            </w:r>
          </w:p>
        </w:tc>
      </w:tr>
      <w:tr>
        <w:tc>
          <w:tcPr>
            <w:tcW w:type="dxa" w:w="1020"/>
          </w:tcPr>
          <w:p>
            <w:pPr>
              <w:jc w:val="center"/>
            </w:pPr>
            <w:r>
              <w:rPr>
                <w:rFonts w:ascii="Times New Roman" w:hAnsi="Times New Roman"/>
                <w:sz w:val="22"/>
              </w:rPr>
              <w:t>Năm thứ 2</w:t>
            </w:r>
          </w:p>
        </w:tc>
        <w:tc>
          <w:tcPr>
            <w:tcW w:type="dxa" w:w="2381"/>
          </w:tcPr>
          <w:p>
            <w:pPr>
              <w:jc w:val="left"/>
            </w:pPr>
            <w:r>
              <w:rPr>
                <w:rFonts w:ascii="Times New Roman" w:hAnsi="Times New Roman"/>
                <w:sz w:val="22"/>
              </w:rPr>
              <w:t>Hoàn thành xuất sắc nhiệm vụ</w:t>
            </w:r>
          </w:p>
        </w:tc>
        <w:tc>
          <w:tcPr>
            <w:tcW w:type="dxa" w:w="2268"/>
          </w:tcPr>
          <w:p>
            <w:pPr>
              <w:jc w:val="left"/>
            </w:pPr>
            <w:r>
              <w:rPr>
                <w:rFonts w:ascii="Times New Roman" w:hAnsi="Times New Roman"/>
                <w:sz w:val="22"/>
              </w:rPr>
              <w:t>Chiến sĩ thi đua cơ sở</w:t>
            </w:r>
          </w:p>
        </w:tc>
        <w:tc>
          <w:tcPr>
            <w:tcW w:type="dxa" w:w="1984"/>
          </w:tcPr>
          <w:p>
            <w:pPr>
              <w:jc w:val="left"/>
            </w:pPr>
            <w:r>
              <w:rPr>
                <w:rFonts w:ascii="Times New Roman" w:hAnsi="Times New Roman"/>
                <w:sz w:val="22"/>
              </w:rPr>
              <w:t>Sáng kiến cấp cơ sở</w:t>
            </w:r>
          </w:p>
        </w:tc>
        <w:tc>
          <w:tcPr>
            <w:tcW w:type="dxa" w:w="1701"/>
          </w:tcPr>
          <w:p>
            <w:pPr>
              <w:jc w:val="center"/>
            </w:pPr>
            <w:r>
              <w:rPr>
                <w:rFonts w:ascii="Times New Roman" w:hAnsi="Times New Roman"/>
                <w:sz w:val="22"/>
              </w:rPr>
              <w:t>Giấy khen</w:t>
            </w:r>
          </w:p>
        </w:tc>
      </w:tr>
      <w:tr>
        <w:tc>
          <w:tcPr>
            <w:tcW w:type="dxa" w:w="1020"/>
          </w:tcPr>
          <w:p>
            <w:pPr>
              <w:jc w:val="center"/>
            </w:pPr>
            <w:r>
              <w:rPr>
                <w:rFonts w:ascii="Times New Roman" w:hAnsi="Times New Roman"/>
                <w:sz w:val="22"/>
              </w:rPr>
              <w:t>Năm thứ 3</w:t>
            </w:r>
          </w:p>
        </w:tc>
        <w:tc>
          <w:tcPr>
            <w:tcW w:type="dxa" w:w="2381"/>
          </w:tcPr>
          <w:p>
            <w:pPr>
              <w:jc w:val="left"/>
            </w:pPr>
            <w:r>
              <w:rPr>
                <w:rFonts w:ascii="Times New Roman" w:hAnsi="Times New Roman"/>
                <w:sz w:val="22"/>
              </w:rPr>
              <w:t>Hoàn thành xuất sắc nhiệm vụ</w:t>
            </w:r>
          </w:p>
        </w:tc>
        <w:tc>
          <w:tcPr>
            <w:tcW w:type="dxa" w:w="2268"/>
          </w:tcPr>
          <w:p>
            <w:pPr>
              <w:jc w:val="left"/>
            </w:pPr>
            <w:r>
              <w:rPr>
                <w:rFonts w:ascii="Times New Roman" w:hAnsi="Times New Roman"/>
                <w:sz w:val="22"/>
              </w:rPr>
              <w:t>CSTĐ cấp Tỉnh/Bộ (Lần 1)</w:t>
            </w:r>
          </w:p>
        </w:tc>
        <w:tc>
          <w:tcPr>
            <w:tcW w:type="dxa" w:w="1984"/>
          </w:tcPr>
          <w:p>
            <w:pPr>
              <w:jc w:val="left"/>
            </w:pPr>
            <w:r>
              <w:rPr>
                <w:rFonts w:ascii="Times New Roman" w:hAnsi="Times New Roman"/>
                <w:sz w:val="22"/>
              </w:rPr>
              <w:t>Sáng kiến phạm vi Tỉnh/Bộ</w:t>
            </w:r>
          </w:p>
        </w:tc>
        <w:tc>
          <w:tcPr>
            <w:tcW w:type="dxa" w:w="1701"/>
          </w:tcPr>
          <w:p>
            <w:pPr>
              <w:jc w:val="center"/>
            </w:pPr>
            <w:r>
              <w:rPr>
                <w:rFonts w:ascii="Times New Roman" w:hAnsi="Times New Roman"/>
                <w:sz w:val="22"/>
              </w:rPr>
              <w:t>Bằng khen cấp Tỉnh</w:t>
            </w:r>
          </w:p>
        </w:tc>
      </w:tr>
      <w:tr>
        <w:tc>
          <w:tcPr>
            <w:tcW w:type="dxa" w:w="1020"/>
          </w:tcPr>
          <w:p>
            <w:pPr>
              <w:jc w:val="center"/>
            </w:pPr>
            <w:r>
              <w:rPr>
                <w:rFonts w:ascii="Times New Roman" w:hAnsi="Times New Roman"/>
                <w:sz w:val="22"/>
              </w:rPr>
              <w:t>Năm thứ 4</w:t>
            </w:r>
          </w:p>
        </w:tc>
        <w:tc>
          <w:tcPr>
            <w:tcW w:type="dxa" w:w="2381"/>
          </w:tcPr>
          <w:p>
            <w:pPr>
              <w:jc w:val="left"/>
            </w:pPr>
            <w:r>
              <w:rPr>
                <w:rFonts w:ascii="Times New Roman" w:hAnsi="Times New Roman"/>
                <w:sz w:val="22"/>
              </w:rPr>
              <w:t>Hoàn thành xuất sắc nhiệm vụ</w:t>
            </w:r>
          </w:p>
        </w:tc>
        <w:tc>
          <w:tcPr>
            <w:tcW w:type="dxa" w:w="2268"/>
          </w:tcPr>
          <w:p>
            <w:pPr>
              <w:jc w:val="left"/>
            </w:pPr>
            <w:r>
              <w:rPr>
                <w:rFonts w:ascii="Times New Roman" w:hAnsi="Times New Roman"/>
                <w:sz w:val="22"/>
              </w:rPr>
              <w:t>Chiến sĩ thi đua cơ sở</w:t>
            </w:r>
          </w:p>
        </w:tc>
        <w:tc>
          <w:tcPr>
            <w:tcW w:type="dxa" w:w="1984"/>
          </w:tcPr>
          <w:p>
            <w:pPr>
              <w:jc w:val="left"/>
            </w:pPr>
            <w:r>
              <w:rPr>
                <w:rFonts w:ascii="Times New Roman" w:hAnsi="Times New Roman"/>
                <w:sz w:val="22"/>
              </w:rPr>
              <w:t>Sáng kiến cấp cơ sở</w:t>
            </w:r>
          </w:p>
        </w:tc>
        <w:tc>
          <w:tcPr>
            <w:tcW w:type="dxa" w:w="1701"/>
          </w:tcPr>
          <w:p>
            <w:pPr>
              <w:jc w:val="center"/>
            </w:pPr>
            <w:r>
              <w:rPr>
                <w:rFonts w:ascii="Times New Roman" w:hAnsi="Times New Roman"/>
                <w:sz w:val="22"/>
              </w:rPr>
              <w:t>-</w:t>
            </w:r>
          </w:p>
        </w:tc>
      </w:tr>
      <w:tr>
        <w:tc>
          <w:tcPr>
            <w:tcW w:type="dxa" w:w="1020"/>
          </w:tcPr>
          <w:p>
            <w:pPr>
              <w:jc w:val="center"/>
            </w:pPr>
            <w:r>
              <w:rPr>
                <w:rFonts w:ascii="Times New Roman" w:hAnsi="Times New Roman"/>
                <w:sz w:val="22"/>
              </w:rPr>
              <w:t>Năm thứ 5</w:t>
            </w:r>
          </w:p>
        </w:tc>
        <w:tc>
          <w:tcPr>
            <w:tcW w:type="dxa" w:w="2381"/>
          </w:tcPr>
          <w:p>
            <w:pPr>
              <w:jc w:val="left"/>
            </w:pPr>
            <w:r>
              <w:rPr>
                <w:rFonts w:ascii="Times New Roman" w:hAnsi="Times New Roman"/>
                <w:sz w:val="22"/>
              </w:rPr>
              <w:t>Hoàn thành xuất sắc nhiệm vụ</w:t>
            </w:r>
          </w:p>
        </w:tc>
        <w:tc>
          <w:tcPr>
            <w:tcW w:type="dxa" w:w="2268"/>
          </w:tcPr>
          <w:p>
            <w:pPr>
              <w:jc w:val="left"/>
            </w:pPr>
            <w:r>
              <w:rPr>
                <w:rFonts w:ascii="Times New Roman" w:hAnsi="Times New Roman"/>
                <w:sz w:val="22"/>
              </w:rPr>
              <w:t>Chiến sĩ thi đua cơ sở</w:t>
            </w:r>
          </w:p>
        </w:tc>
        <w:tc>
          <w:tcPr>
            <w:tcW w:type="dxa" w:w="1984"/>
          </w:tcPr>
          <w:p>
            <w:pPr>
              <w:jc w:val="left"/>
            </w:pPr>
            <w:r>
              <w:rPr>
                <w:rFonts w:ascii="Times New Roman" w:hAnsi="Times New Roman"/>
                <w:sz w:val="22"/>
              </w:rPr>
              <w:t>Sáng kiến cấp cơ sở</w:t>
            </w:r>
          </w:p>
        </w:tc>
        <w:tc>
          <w:tcPr>
            <w:tcW w:type="dxa" w:w="1701"/>
          </w:tcPr>
          <w:p>
            <w:pPr>
              <w:jc w:val="center"/>
            </w:pPr>
            <w:r>
              <w:rPr>
                <w:rFonts w:ascii="Times New Roman" w:hAnsi="Times New Roman"/>
                <w:sz w:val="22"/>
              </w:rPr>
              <w:t>Bằng khen TTCP</w:t>
            </w:r>
          </w:p>
        </w:tc>
      </w:tr>
      <w:tr>
        <w:tc>
          <w:tcPr>
            <w:tcW w:type="dxa" w:w="1020"/>
          </w:tcPr>
          <w:p>
            <w:pPr>
              <w:jc w:val="center"/>
            </w:pPr>
            <w:r>
              <w:rPr>
                <w:rFonts w:ascii="Times New Roman" w:hAnsi="Times New Roman"/>
                <w:sz w:val="22"/>
              </w:rPr>
              <w:t>Năm thứ 6</w:t>
            </w:r>
          </w:p>
        </w:tc>
        <w:tc>
          <w:tcPr>
            <w:tcW w:type="dxa" w:w="2381"/>
          </w:tcPr>
          <w:p>
            <w:pPr>
              <w:jc w:val="left"/>
            </w:pPr>
            <w:r>
              <w:rPr>
                <w:rFonts w:ascii="Times New Roman" w:hAnsi="Times New Roman"/>
                <w:sz w:val="22"/>
              </w:rPr>
              <w:t>Hoàn thành xuất sắc nhiệm vụ</w:t>
            </w:r>
          </w:p>
        </w:tc>
        <w:tc>
          <w:tcPr>
            <w:tcW w:type="dxa" w:w="2268"/>
          </w:tcPr>
          <w:p>
            <w:pPr>
              <w:jc w:val="left"/>
            </w:pPr>
            <w:r>
              <w:rPr>
                <w:rFonts w:ascii="Times New Roman" w:hAnsi="Times New Roman"/>
                <w:sz w:val="22"/>
              </w:rPr>
              <w:t>CSTĐ cấp Tỉnh/Bộ (Lần 2)</w:t>
            </w:r>
          </w:p>
        </w:tc>
        <w:tc>
          <w:tcPr>
            <w:tcW w:type="dxa" w:w="1984"/>
          </w:tcPr>
          <w:p>
            <w:pPr>
              <w:jc w:val="left"/>
            </w:pPr>
            <w:r>
              <w:rPr>
                <w:rFonts w:ascii="Times New Roman" w:hAnsi="Times New Roman"/>
                <w:sz w:val="22"/>
              </w:rPr>
              <w:t>Sáng kiến phạm vi Toàn quốc</w:t>
            </w:r>
          </w:p>
        </w:tc>
        <w:tc>
          <w:tcPr>
            <w:tcW w:type="dxa" w:w="1701"/>
          </w:tcPr>
          <w:p>
            <w:pPr>
              <w:jc w:val="center"/>
            </w:pPr>
            <w:r>
              <w:rPr>
                <w:rFonts w:ascii="Times New Roman" w:hAnsi="Times New Roman"/>
                <w:sz w:val="22"/>
              </w:rPr>
              <w:t>Đề nghị CSTĐ TQ</w:t>
            </w:r>
          </w:p>
        </w:tc>
      </w:tr>
    </w:tbl>
    <w:p>
      <w:pPr>
        <w:spacing w:before="240"/>
      </w:pPr>
    </w:p>
    <w:tbl>
      <w:tblPr>
        <w:tblW w:type="auto" w:w="0"/>
        <w:jc w:val="center"/>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535"/>
        <w:gridCol w:w="4819"/>
      </w:tblGrid>
      <w:tr>
        <w:tc>
          <w:tcPr>
            <w:tcW w:type="dxa" w:w="4677"/>
          </w:tcPr>
          <w:p>
            <w:pPr>
              <w:jc w:val="center"/>
            </w:pPr>
            <w:r>
              <w:rPr>
                <w:rFonts w:ascii="Times New Roman" w:hAnsi="Times New Roman"/>
                <w:b/>
                <w:sz w:val="26"/>
              </w:rPr>
              <w:t>THỦ TRƯỞNG ĐƠN VỊ TRỰC TIẾP</w:t>
              <w:br/>
              <w:t>(Ký, đóng dấu)</w:t>
            </w:r>
          </w:p>
          <w:p>
            <w:pPr>
              <w:spacing w:after="40"/>
            </w:pPr>
          </w:p>
          <w:p>
            <w:pPr>
              <w:spacing w:after="40"/>
            </w:pPr>
          </w:p>
          <w:p>
            <w:pPr>
              <w:spacing w:after="40"/>
            </w:pPr>
          </w:p>
          <w:p>
            <w:pPr>
              <w:jc w:val="center"/>
            </w:pPr>
            <w:r>
              <w:rPr>
                <w:rFonts w:ascii="Times New Roman" w:hAnsi="Times New Roman"/>
                <w:b/>
                <w:sz w:val="26"/>
              </w:rPr>
              <w:t>[Họ và tên]</w:t>
            </w:r>
          </w:p>
        </w:tc>
        <w:tc>
          <w:tcPr>
            <w:tcW w:type="dxa" w:w="4677"/>
          </w:tcPr>
          <w:p>
            <w:pPr>
              <w:jc w:val="center"/>
            </w:pPr>
            <w:r>
              <w:rPr>
                <w:rFonts w:ascii="Times New Roman" w:hAnsi="Times New Roman"/>
                <w:b/>
                <w:sz w:val="26"/>
              </w:rPr>
              <w:t>NGƯỜI BÁO CÁO THÀNH TÍCH</w:t>
              <w:br/>
              <w:t>(Ký, ghi rõ họ tên)</w:t>
            </w:r>
          </w:p>
          <w:p>
            <w:pPr>
              <w:spacing w:after="40"/>
            </w:pPr>
          </w:p>
          <w:p>
            <w:pPr>
              <w:spacing w:after="40"/>
            </w:pPr>
          </w:p>
          <w:p>
            <w:pPr>
              <w:spacing w:after="40"/>
            </w:pPr>
          </w:p>
          <w:p>
            <w:pPr>
              <w:jc w:val="center"/>
            </w:pPr>
            <w:r>
              <w:rPr>
                <w:rFonts w:ascii="Times New Roman" w:hAnsi="Times New Roman"/>
                <w:b/>
                <w:sz w:val="26"/>
              </w:rPr>
              <w:t>Nguyễn Văn B</w:t>
            </w:r>
          </w:p>
        </w:tc>
      </w:tr>
    </w:tbl>
    <w:sectPr w:rsidR="00FC693F" w:rsidRPr="0006063C" w:rsidSect="00034616">
      <w:headerReference w:type="default" r:id="rId9"/>
      <w:pgSz w:w="11906" w:h="16838"/>
      <w:pgMar w:top="1134" w:right="850" w:bottom="1134" w:left="1701"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sz w:val="28"/>
      </w:rPr>
    </w: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